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28F" w:rsidRPr="00A15048" w:rsidRDefault="00BD547D">
      <w:pPr>
        <w:rPr>
          <w:sz w:val="24"/>
          <w:szCs w:val="24"/>
        </w:rPr>
      </w:pPr>
      <w:bookmarkStart w:id="0" w:name="_GoBack"/>
      <w:bookmarkEnd w:id="0"/>
      <w:r w:rsidRPr="00A15048">
        <w:rPr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4656" behindDoc="1" locked="0" layoutInCell="1" allowOverlap="1" wp14:anchorId="6478809F" wp14:editId="7DEB3B62">
            <wp:simplePos x="0" y="0"/>
            <wp:positionH relativeFrom="margin">
              <wp:posOffset>5105400</wp:posOffset>
            </wp:positionH>
            <wp:positionV relativeFrom="paragraph">
              <wp:posOffset>-742950</wp:posOffset>
            </wp:positionV>
            <wp:extent cx="904240" cy="828675"/>
            <wp:effectExtent l="0" t="0" r="0" b="9525"/>
            <wp:wrapTight wrapText="bothSides">
              <wp:wrapPolygon edited="0">
                <wp:start x="8646" y="0"/>
                <wp:lineTo x="4551" y="1490"/>
                <wp:lineTo x="0" y="5462"/>
                <wp:lineTo x="0" y="13407"/>
                <wp:lineTo x="1365" y="17379"/>
                <wp:lineTo x="5461" y="20855"/>
                <wp:lineTo x="6371" y="21352"/>
                <wp:lineTo x="14107" y="21352"/>
                <wp:lineTo x="15472" y="20855"/>
                <wp:lineTo x="19567" y="17379"/>
                <wp:lineTo x="19112" y="16386"/>
                <wp:lineTo x="20933" y="14400"/>
                <wp:lineTo x="20933" y="5959"/>
                <wp:lineTo x="15017" y="993"/>
                <wp:lineTo x="11376" y="0"/>
                <wp:lineTo x="8646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240" cy="8286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5048">
        <w:rPr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2608" behindDoc="1" locked="0" layoutInCell="1" allowOverlap="1" wp14:anchorId="13975B2F" wp14:editId="3091D57E">
            <wp:simplePos x="0" y="0"/>
            <wp:positionH relativeFrom="column">
              <wp:posOffset>0</wp:posOffset>
            </wp:positionH>
            <wp:positionV relativeFrom="paragraph">
              <wp:posOffset>-504825</wp:posOffset>
            </wp:positionV>
            <wp:extent cx="1524000" cy="496570"/>
            <wp:effectExtent l="0" t="0" r="0" b="0"/>
            <wp:wrapTight wrapText="bothSides">
              <wp:wrapPolygon edited="0">
                <wp:start x="0" y="0"/>
                <wp:lineTo x="0" y="20716"/>
                <wp:lineTo x="21330" y="20716"/>
                <wp:lineTo x="2133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(52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965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5048" w:rsidRPr="00A15048">
        <w:rPr>
          <w:sz w:val="24"/>
          <w:szCs w:val="24"/>
        </w:rPr>
        <w:tab/>
      </w:r>
      <w:r w:rsidR="00A15048" w:rsidRPr="00A15048">
        <w:rPr>
          <w:sz w:val="24"/>
          <w:szCs w:val="24"/>
        </w:rPr>
        <w:tab/>
      </w:r>
      <w:r w:rsidR="00A15048" w:rsidRPr="00A15048">
        <w:rPr>
          <w:sz w:val="24"/>
          <w:szCs w:val="24"/>
        </w:rPr>
        <w:tab/>
      </w:r>
    </w:p>
    <w:p w:rsidR="0074728F" w:rsidRPr="00043C5D" w:rsidRDefault="00407CAE" w:rsidP="00A15048">
      <w:pPr>
        <w:jc w:val="center"/>
        <w:rPr>
          <w:rFonts w:ascii="Cambria" w:hAnsi="Cambria"/>
          <w:sz w:val="24"/>
          <w:szCs w:val="24"/>
        </w:rPr>
      </w:pPr>
      <w:r w:rsidRPr="00043C5D">
        <w:rPr>
          <w:rFonts w:ascii="Cambria" w:hAnsi="Cambria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4FE718D" wp14:editId="0056FCC0">
                <wp:simplePos x="0" y="0"/>
                <wp:positionH relativeFrom="column">
                  <wp:posOffset>5181600</wp:posOffset>
                </wp:positionH>
                <wp:positionV relativeFrom="paragraph">
                  <wp:posOffset>629285</wp:posOffset>
                </wp:positionV>
                <wp:extent cx="1060315" cy="1009650"/>
                <wp:effectExtent l="57150" t="19050" r="83185" b="952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315" cy="1009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1995" w:rsidRPr="00DB1995" w:rsidRDefault="00DB1995" w:rsidP="00DB199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B1995">
                              <w:rPr>
                                <w:color w:val="000000" w:themeColor="text1"/>
                              </w:rPr>
                              <w:t>Recent Passport Size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E718D" id="Rectangle 3" o:spid="_x0000_s1026" style="position:absolute;left:0;text-align:left;margin-left:408pt;margin-top:49.55pt;width:83.5pt;height:7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" fillcolor="white [3212]" strokecolor="black [3213]">
                <v:shadow on="t" color="black" opacity="22937f" origin=",.5" offset="0,.63889mm"/>
                <v:textbox>
                  <w:txbxContent>
                    <w:p w:rsidR="00DB1995" w:rsidRPr="00DB1995" w:rsidRDefault="00DB1995" w:rsidP="00DB199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B1995">
                        <w:rPr>
                          <w:color w:val="000000" w:themeColor="text1"/>
                        </w:rPr>
                        <w:t>Recent Passport Size</w:t>
                      </w:r>
                    </w:p>
                  </w:txbxContent>
                </v:textbox>
              </v:rect>
            </w:pict>
          </mc:Fallback>
        </mc:AlternateContent>
      </w:r>
      <w:r w:rsidR="00590EE9" w:rsidRPr="00043C5D">
        <w:rPr>
          <w:rFonts w:ascii="Cambria" w:hAnsi="Cambria"/>
          <w:b/>
          <w:sz w:val="24"/>
          <w:szCs w:val="24"/>
        </w:rPr>
        <w:t>B.Ed. SPECIAL EDUCATION (MULTIPLE DISABILITIES)</w:t>
      </w:r>
      <w:r w:rsidR="00590EE9" w:rsidRPr="00043C5D">
        <w:rPr>
          <w:rFonts w:ascii="Cambria" w:hAnsi="Cambria"/>
          <w:b/>
          <w:sz w:val="24"/>
          <w:szCs w:val="24"/>
        </w:rPr>
        <w:br/>
      </w:r>
      <w:r w:rsidR="00590EE9" w:rsidRPr="00043C5D">
        <w:rPr>
          <w:rFonts w:ascii="Cambria" w:hAnsi="Cambria"/>
          <w:sz w:val="24"/>
          <w:szCs w:val="24"/>
        </w:rPr>
        <w:t>For 2 Years | Session 2026–2028</w:t>
      </w:r>
      <w:r w:rsidR="00590EE9" w:rsidRPr="00043C5D">
        <w:rPr>
          <w:rFonts w:ascii="Cambria" w:hAnsi="Cambria"/>
          <w:sz w:val="24"/>
          <w:szCs w:val="24"/>
        </w:rPr>
        <w:br/>
        <w:t>APPLICATION FORM</w:t>
      </w:r>
    </w:p>
    <w:p w:rsidR="0074728F" w:rsidRPr="00043C5D" w:rsidRDefault="00CD118F">
      <w:pPr>
        <w:rPr>
          <w:rFonts w:ascii="Cambria" w:hAnsi="Cambria"/>
          <w:sz w:val="24"/>
          <w:szCs w:val="24"/>
        </w:rPr>
      </w:pPr>
      <w:r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219710</wp:posOffset>
                </wp:positionV>
                <wp:extent cx="1362075" cy="161925"/>
                <wp:effectExtent l="57150" t="19050" r="85725" b="1047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8EC3F2" id="Rectangle 2" o:spid="_x0000_s1026" style="position:absolute;margin-left:96.75pt;margin-top:17.3pt;width:107.25pt;height:12.7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" fillcolor="white [3212]" strokecolor="black [3213]">
                <v:shadow on="t" color="black" opacity="22937f" origin=",.5" offset="0,.63889mm"/>
              </v:rect>
            </w:pict>
          </mc:Fallback>
        </mc:AlternateContent>
      </w:r>
      <w:r w:rsidR="00BD547D">
        <w:rPr>
          <w:sz w:val="24"/>
          <w:szCs w:val="24"/>
        </w:rPr>
        <w:t xml:space="preserve"> </w:t>
      </w:r>
      <w:r w:rsidR="00590EE9" w:rsidRPr="00A15048">
        <w:rPr>
          <w:sz w:val="24"/>
          <w:szCs w:val="24"/>
        </w:rPr>
        <w:br/>
      </w:r>
      <w:r w:rsidRPr="00043C5D">
        <w:rPr>
          <w:rFonts w:ascii="Cambria" w:hAnsi="Cambria"/>
          <w:sz w:val="24"/>
          <w:szCs w:val="24"/>
        </w:rPr>
        <w:t xml:space="preserve">APPLICATION No: </w:t>
      </w:r>
    </w:p>
    <w:p w:rsidR="0074728F" w:rsidRPr="00043C5D" w:rsidRDefault="00DB1995" w:rsidP="00DB1995">
      <w:pPr>
        <w:spacing w:after="0"/>
        <w:rPr>
          <w:rFonts w:ascii="Cambria" w:hAnsi="Cambria"/>
          <w:sz w:val="24"/>
          <w:szCs w:val="24"/>
        </w:rPr>
      </w:pPr>
      <w:r w:rsidRPr="00043C5D">
        <w:rPr>
          <w:rFonts w:ascii="Cambria" w:hAnsi="Cambria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C393A5E" wp14:editId="7A80FAF1">
                <wp:simplePos x="0" y="0"/>
                <wp:positionH relativeFrom="column">
                  <wp:posOffset>1885315</wp:posOffset>
                </wp:positionH>
                <wp:positionV relativeFrom="paragraph">
                  <wp:posOffset>361315</wp:posOffset>
                </wp:positionV>
                <wp:extent cx="174307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D0E0D" id="Straight Connector 4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8.45pt,28.45pt" to="285.7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" strokecolor="black [3040]"/>
            </w:pict>
          </mc:Fallback>
        </mc:AlternateContent>
      </w:r>
      <w:r w:rsidR="00A15048" w:rsidRPr="00043C5D">
        <w:rPr>
          <w:rFonts w:ascii="Cambria" w:hAnsi="Cambria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F66934" wp14:editId="7F2EE4ED">
                <wp:simplePos x="0" y="0"/>
                <wp:positionH relativeFrom="column">
                  <wp:posOffset>3724275</wp:posOffset>
                </wp:positionH>
                <wp:positionV relativeFrom="paragraph">
                  <wp:posOffset>361315</wp:posOffset>
                </wp:positionV>
                <wp:extent cx="134302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76D1F1" id="Straight Connector 5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3.25pt,28.45pt" to="399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" strokecolor="black [3040]"/>
            </w:pict>
          </mc:Fallback>
        </mc:AlternateContent>
      </w:r>
      <w:r w:rsidR="00590EE9" w:rsidRPr="00043C5D">
        <w:rPr>
          <w:rFonts w:ascii="Cambria" w:hAnsi="Cambria"/>
          <w:sz w:val="24"/>
          <w:szCs w:val="24"/>
        </w:rPr>
        <w:t xml:space="preserve">1. Name of the Candidate (Surname / First Name / Middle Name): </w:t>
      </w:r>
      <w:r w:rsidR="00A15048" w:rsidRPr="00043C5D">
        <w:rPr>
          <w:rFonts w:ascii="Cambria" w:hAnsi="Cambria"/>
          <w:sz w:val="24"/>
          <w:szCs w:val="24"/>
        </w:rPr>
        <w:t xml:space="preserve"> </w:t>
      </w:r>
      <w:r w:rsidR="00590EE9" w:rsidRPr="00043C5D">
        <w:rPr>
          <w:rFonts w:ascii="Cambria" w:hAnsi="Cambria"/>
          <w:sz w:val="24"/>
          <w:szCs w:val="24"/>
        </w:rPr>
        <w:t>________________________________</w:t>
      </w:r>
      <w:r w:rsidR="00A15048" w:rsidRPr="00043C5D">
        <w:rPr>
          <w:rFonts w:ascii="Cambria" w:hAnsi="Cambria"/>
          <w:sz w:val="24"/>
          <w:szCs w:val="24"/>
        </w:rPr>
        <w:t xml:space="preserve">    </w:t>
      </w:r>
    </w:p>
    <w:p w:rsidR="0074728F" w:rsidRPr="00043C5D" w:rsidRDefault="00DB1995" w:rsidP="00DB1995">
      <w:pPr>
        <w:spacing w:after="0"/>
        <w:rPr>
          <w:rFonts w:ascii="Cambria" w:hAnsi="Cambria"/>
          <w:sz w:val="24"/>
          <w:szCs w:val="24"/>
        </w:rPr>
      </w:pPr>
      <w:r w:rsidRPr="00043C5D">
        <w:rPr>
          <w:rFonts w:ascii="Cambria" w:hAnsi="Cambria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4721225</wp:posOffset>
                </wp:positionH>
                <wp:positionV relativeFrom="paragraph">
                  <wp:posOffset>146685</wp:posOffset>
                </wp:positionV>
                <wp:extent cx="355600" cy="0"/>
                <wp:effectExtent l="0" t="0" r="2540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147835" id="Straight Connector 6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1.75pt,11.55pt" to="399.7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" strokecolor="black [3040]"/>
            </w:pict>
          </mc:Fallback>
        </mc:AlternateContent>
      </w:r>
      <w:r w:rsidR="00590EE9" w:rsidRPr="00043C5D">
        <w:rPr>
          <w:rFonts w:ascii="Cambria" w:hAnsi="Cambria"/>
          <w:sz w:val="24"/>
          <w:szCs w:val="24"/>
        </w:rPr>
        <w:t>2. Father's Name: _______________________________________________________________</w:t>
      </w:r>
    </w:p>
    <w:p w:rsidR="0074728F" w:rsidRPr="00043C5D" w:rsidRDefault="00DB1995" w:rsidP="00DB1995">
      <w:pPr>
        <w:spacing w:after="0"/>
        <w:rPr>
          <w:rFonts w:ascii="Cambria" w:hAnsi="Cambria"/>
          <w:sz w:val="24"/>
          <w:szCs w:val="24"/>
        </w:rPr>
      </w:pPr>
      <w:r w:rsidRPr="00043C5D">
        <w:rPr>
          <w:rFonts w:ascii="Cambria" w:hAnsi="Cambria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147955</wp:posOffset>
                </wp:positionV>
                <wp:extent cx="320675" cy="0"/>
                <wp:effectExtent l="0" t="0" r="2222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4DC314" id="Straight Connector 7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.75pt,11.65pt" to="401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" strokecolor="black [3040]"/>
            </w:pict>
          </mc:Fallback>
        </mc:AlternateContent>
      </w:r>
      <w:r w:rsidR="00590EE9" w:rsidRPr="00043C5D">
        <w:rPr>
          <w:rFonts w:ascii="Cambria" w:hAnsi="Cambria"/>
          <w:sz w:val="24"/>
          <w:szCs w:val="24"/>
        </w:rPr>
        <w:t>3. Mother's Name: _______________________________________________________________</w:t>
      </w:r>
    </w:p>
    <w:p w:rsidR="0074728F" w:rsidRPr="00043C5D" w:rsidRDefault="00DB1995" w:rsidP="00DB1995">
      <w:pPr>
        <w:spacing w:after="0"/>
        <w:rPr>
          <w:rFonts w:ascii="Cambria" w:hAnsi="Cambria"/>
          <w:sz w:val="24"/>
          <w:szCs w:val="24"/>
        </w:rPr>
      </w:pPr>
      <w:r w:rsidRPr="00043C5D">
        <w:rPr>
          <w:rFonts w:ascii="Cambria" w:hAnsi="Cambria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4918075</wp:posOffset>
                </wp:positionH>
                <wp:positionV relativeFrom="paragraph">
                  <wp:posOffset>148590</wp:posOffset>
                </wp:positionV>
                <wp:extent cx="193675" cy="0"/>
                <wp:effectExtent l="0" t="0" r="3492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6A059A" id="Straight Connector 8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7.25pt,11.7pt" to="402.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" strokecolor="black [3040]"/>
            </w:pict>
          </mc:Fallback>
        </mc:AlternateContent>
      </w:r>
      <w:r w:rsidR="00590EE9" w:rsidRPr="00043C5D">
        <w:rPr>
          <w:rFonts w:ascii="Cambria" w:hAnsi="Cambria"/>
          <w:sz w:val="24"/>
          <w:szCs w:val="24"/>
        </w:rPr>
        <w:t>4. Date of Birth (DD/MM/YYYY): _________________________________________________</w:t>
      </w:r>
    </w:p>
    <w:p w:rsidR="0074728F" w:rsidRPr="00043C5D" w:rsidRDefault="00DB1995" w:rsidP="00DB1995">
      <w:pPr>
        <w:spacing w:after="0"/>
        <w:rPr>
          <w:rFonts w:ascii="Cambria" w:hAnsi="Cambria"/>
          <w:sz w:val="24"/>
          <w:szCs w:val="24"/>
        </w:rPr>
      </w:pPr>
      <w:r w:rsidRPr="00043C5D">
        <w:rPr>
          <w:rFonts w:ascii="Cambria" w:hAnsi="Cambria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4848225</wp:posOffset>
                </wp:positionH>
                <wp:positionV relativeFrom="paragraph">
                  <wp:posOffset>149860</wp:posOffset>
                </wp:positionV>
                <wp:extent cx="26670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C9AD20" id="Straight Connector 9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75pt,11.8pt" to="402.7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" strokecolor="black [3040]"/>
            </w:pict>
          </mc:Fallback>
        </mc:AlternateContent>
      </w:r>
      <w:r w:rsidR="00590EE9" w:rsidRPr="00043C5D">
        <w:rPr>
          <w:rFonts w:ascii="Cambria" w:hAnsi="Cambria"/>
          <w:sz w:val="24"/>
          <w:szCs w:val="24"/>
        </w:rPr>
        <w:t xml:space="preserve">5. Nationality: □ </w:t>
      </w:r>
      <w:r w:rsidR="00A15048" w:rsidRPr="00043C5D">
        <w:rPr>
          <w:rFonts w:ascii="Cambria" w:hAnsi="Cambria"/>
          <w:sz w:val="24"/>
          <w:szCs w:val="24"/>
        </w:rPr>
        <w:t>Indian □</w:t>
      </w:r>
      <w:r w:rsidR="00590EE9" w:rsidRPr="00043C5D">
        <w:rPr>
          <w:rFonts w:ascii="Cambria" w:hAnsi="Cambria"/>
          <w:sz w:val="24"/>
          <w:szCs w:val="24"/>
        </w:rPr>
        <w:t xml:space="preserve"> Any Other ____________________________________________</w:t>
      </w:r>
    </w:p>
    <w:p w:rsidR="0074728F" w:rsidRPr="00043C5D" w:rsidRDefault="00590EE9" w:rsidP="00DB1995">
      <w:pPr>
        <w:spacing w:after="0"/>
        <w:rPr>
          <w:rFonts w:ascii="Cambria" w:hAnsi="Cambria"/>
          <w:sz w:val="24"/>
          <w:szCs w:val="24"/>
        </w:rPr>
      </w:pPr>
      <w:r w:rsidRPr="00043C5D">
        <w:rPr>
          <w:rFonts w:ascii="Cambria" w:hAnsi="Cambria"/>
          <w:sz w:val="24"/>
          <w:szCs w:val="24"/>
        </w:rPr>
        <w:t xml:space="preserve">6. Gender: □ </w:t>
      </w:r>
      <w:r w:rsidR="00A15048" w:rsidRPr="00043C5D">
        <w:rPr>
          <w:rFonts w:ascii="Cambria" w:hAnsi="Cambria"/>
          <w:sz w:val="24"/>
          <w:szCs w:val="24"/>
        </w:rPr>
        <w:t>Male □</w:t>
      </w:r>
      <w:r w:rsidRPr="00043C5D">
        <w:rPr>
          <w:rFonts w:ascii="Cambria" w:hAnsi="Cambria"/>
          <w:sz w:val="24"/>
          <w:szCs w:val="24"/>
        </w:rPr>
        <w:t xml:space="preserve"> </w:t>
      </w:r>
      <w:r w:rsidR="00A15048" w:rsidRPr="00043C5D">
        <w:rPr>
          <w:rFonts w:ascii="Cambria" w:hAnsi="Cambria"/>
          <w:sz w:val="24"/>
          <w:szCs w:val="24"/>
        </w:rPr>
        <w:t>Female □</w:t>
      </w:r>
      <w:r w:rsidRPr="00043C5D">
        <w:rPr>
          <w:rFonts w:ascii="Cambria" w:hAnsi="Cambria"/>
          <w:sz w:val="24"/>
          <w:szCs w:val="24"/>
        </w:rPr>
        <w:t xml:space="preserve"> Any Other</w:t>
      </w:r>
    </w:p>
    <w:p w:rsidR="0074728F" w:rsidRPr="00043C5D" w:rsidRDefault="00590EE9" w:rsidP="00DB1995">
      <w:pPr>
        <w:spacing w:after="0"/>
        <w:rPr>
          <w:rFonts w:ascii="Cambria" w:hAnsi="Cambria"/>
          <w:sz w:val="24"/>
          <w:szCs w:val="24"/>
        </w:rPr>
      </w:pPr>
      <w:r w:rsidRPr="00043C5D">
        <w:rPr>
          <w:rFonts w:ascii="Cambria" w:hAnsi="Cambria"/>
          <w:sz w:val="24"/>
          <w:szCs w:val="24"/>
        </w:rPr>
        <w:t xml:space="preserve">7. Category: □ </w:t>
      </w:r>
      <w:r w:rsidR="00A15048" w:rsidRPr="00043C5D">
        <w:rPr>
          <w:rFonts w:ascii="Cambria" w:hAnsi="Cambria"/>
          <w:sz w:val="24"/>
          <w:szCs w:val="24"/>
        </w:rPr>
        <w:t>General □</w:t>
      </w:r>
      <w:r w:rsidRPr="00043C5D">
        <w:rPr>
          <w:rFonts w:ascii="Cambria" w:hAnsi="Cambria"/>
          <w:sz w:val="24"/>
          <w:szCs w:val="24"/>
        </w:rPr>
        <w:t xml:space="preserve"> </w:t>
      </w:r>
      <w:r w:rsidR="00DB1995" w:rsidRPr="00043C5D">
        <w:rPr>
          <w:rFonts w:ascii="Cambria" w:hAnsi="Cambria"/>
          <w:sz w:val="24"/>
          <w:szCs w:val="24"/>
        </w:rPr>
        <w:t>SC □</w:t>
      </w:r>
      <w:r w:rsidRPr="00043C5D">
        <w:rPr>
          <w:rFonts w:ascii="Cambria" w:hAnsi="Cambria"/>
          <w:sz w:val="24"/>
          <w:szCs w:val="24"/>
        </w:rPr>
        <w:t xml:space="preserve"> </w:t>
      </w:r>
      <w:r w:rsidR="00DB1995" w:rsidRPr="00043C5D">
        <w:rPr>
          <w:rFonts w:ascii="Cambria" w:hAnsi="Cambria"/>
          <w:sz w:val="24"/>
          <w:szCs w:val="24"/>
        </w:rPr>
        <w:t>ST □</w:t>
      </w:r>
      <w:r w:rsidRPr="00043C5D">
        <w:rPr>
          <w:rFonts w:ascii="Cambria" w:hAnsi="Cambria"/>
          <w:sz w:val="24"/>
          <w:szCs w:val="24"/>
        </w:rPr>
        <w:t xml:space="preserve"> </w:t>
      </w:r>
      <w:r w:rsidR="00DB1995" w:rsidRPr="00043C5D">
        <w:rPr>
          <w:rFonts w:ascii="Cambria" w:hAnsi="Cambria"/>
          <w:sz w:val="24"/>
          <w:szCs w:val="24"/>
        </w:rPr>
        <w:t>OBC □</w:t>
      </w:r>
      <w:r w:rsidRPr="00043C5D">
        <w:rPr>
          <w:rFonts w:ascii="Cambria" w:hAnsi="Cambria"/>
          <w:sz w:val="24"/>
          <w:szCs w:val="24"/>
        </w:rPr>
        <w:t xml:space="preserve"> PWD    Certificate Attached: □ Yes □ No</w:t>
      </w:r>
    </w:p>
    <w:p w:rsidR="0074728F" w:rsidRPr="00043C5D" w:rsidRDefault="00DB1995" w:rsidP="00DB1995">
      <w:pPr>
        <w:spacing w:after="0"/>
        <w:rPr>
          <w:rFonts w:ascii="Cambria" w:hAnsi="Cambria"/>
          <w:sz w:val="24"/>
          <w:szCs w:val="24"/>
        </w:rPr>
      </w:pPr>
      <w:r w:rsidRPr="00043C5D">
        <w:rPr>
          <w:rFonts w:ascii="Cambria" w:hAnsi="Cambria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150495</wp:posOffset>
                </wp:positionV>
                <wp:extent cx="462299" cy="0"/>
                <wp:effectExtent l="0" t="0" r="3302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29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D57531" id="Straight Connector 10" o:spid="_x0000_s1026" style="position:absolute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9pt,11.85pt" to="405.4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" strokecolor="black [3040]"/>
            </w:pict>
          </mc:Fallback>
        </mc:AlternateContent>
      </w:r>
      <w:r w:rsidR="00590EE9" w:rsidRPr="00043C5D">
        <w:rPr>
          <w:rFonts w:ascii="Cambria" w:hAnsi="Cambria"/>
          <w:sz w:val="24"/>
          <w:szCs w:val="24"/>
        </w:rPr>
        <w:t>8. Current Address: ____________________________________________________________</w:t>
      </w:r>
    </w:p>
    <w:p w:rsidR="0074728F" w:rsidRPr="00043C5D" w:rsidRDefault="00590EE9" w:rsidP="00DB1995">
      <w:pPr>
        <w:spacing w:after="0"/>
        <w:rPr>
          <w:rFonts w:ascii="Cambria" w:hAnsi="Cambria"/>
          <w:sz w:val="24"/>
          <w:szCs w:val="24"/>
        </w:rPr>
      </w:pPr>
      <w:r w:rsidRPr="00043C5D">
        <w:rPr>
          <w:rFonts w:ascii="Cambria" w:hAnsi="Cambria"/>
          <w:sz w:val="24"/>
          <w:szCs w:val="24"/>
        </w:rPr>
        <w:t xml:space="preserve">   PIN: __________________</w:t>
      </w:r>
    </w:p>
    <w:p w:rsidR="0074728F" w:rsidRPr="00043C5D" w:rsidRDefault="00DB1995" w:rsidP="00DB1995">
      <w:pPr>
        <w:spacing w:after="0"/>
        <w:rPr>
          <w:rFonts w:ascii="Cambria" w:hAnsi="Cambria"/>
          <w:sz w:val="24"/>
          <w:szCs w:val="24"/>
        </w:rPr>
      </w:pPr>
      <w:r w:rsidRPr="00043C5D">
        <w:rPr>
          <w:rFonts w:ascii="Cambria" w:hAnsi="Cambria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4672965</wp:posOffset>
                </wp:positionH>
                <wp:positionV relativeFrom="paragraph">
                  <wp:posOffset>148590</wp:posOffset>
                </wp:positionV>
                <wp:extent cx="499691" cy="0"/>
                <wp:effectExtent l="0" t="0" r="3429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6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143E6B" id="Straight Connector 12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95pt,11.7pt" to="407.3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" strokecolor="black [3040]"/>
            </w:pict>
          </mc:Fallback>
        </mc:AlternateContent>
      </w:r>
      <w:r w:rsidR="00590EE9" w:rsidRPr="00043C5D">
        <w:rPr>
          <w:rFonts w:ascii="Cambria" w:hAnsi="Cambria"/>
          <w:sz w:val="24"/>
          <w:szCs w:val="24"/>
        </w:rPr>
        <w:t xml:space="preserve">   Permanent Address: _________________________________________________________</w:t>
      </w:r>
    </w:p>
    <w:p w:rsidR="0074728F" w:rsidRPr="00043C5D" w:rsidRDefault="00590EE9" w:rsidP="00DB1995">
      <w:pPr>
        <w:spacing w:after="0"/>
        <w:rPr>
          <w:rFonts w:ascii="Cambria" w:hAnsi="Cambria"/>
          <w:sz w:val="24"/>
          <w:szCs w:val="24"/>
        </w:rPr>
      </w:pPr>
      <w:r w:rsidRPr="00043C5D">
        <w:rPr>
          <w:rFonts w:ascii="Cambria" w:hAnsi="Cambria"/>
          <w:sz w:val="24"/>
          <w:szCs w:val="24"/>
        </w:rPr>
        <w:t xml:space="preserve">   PIN: __________________</w:t>
      </w:r>
    </w:p>
    <w:p w:rsidR="0074728F" w:rsidRPr="00043C5D" w:rsidRDefault="00590EE9" w:rsidP="00DB1995">
      <w:pPr>
        <w:spacing w:after="0"/>
        <w:rPr>
          <w:rFonts w:ascii="Cambria" w:hAnsi="Cambria"/>
          <w:sz w:val="24"/>
          <w:szCs w:val="24"/>
        </w:rPr>
      </w:pPr>
      <w:r w:rsidRPr="00043C5D">
        <w:rPr>
          <w:rFonts w:ascii="Cambria" w:hAnsi="Cambria"/>
          <w:sz w:val="24"/>
          <w:szCs w:val="24"/>
        </w:rPr>
        <w:t>9. Contact No.: _______________________</w:t>
      </w:r>
    </w:p>
    <w:p w:rsidR="0074728F" w:rsidRPr="00A15048" w:rsidRDefault="00590EE9" w:rsidP="00DB1995">
      <w:pPr>
        <w:spacing w:after="0"/>
        <w:rPr>
          <w:sz w:val="24"/>
          <w:szCs w:val="24"/>
        </w:rPr>
      </w:pPr>
      <w:r w:rsidRPr="00043C5D">
        <w:rPr>
          <w:rFonts w:ascii="Cambria" w:hAnsi="Cambria"/>
          <w:sz w:val="24"/>
          <w:szCs w:val="24"/>
        </w:rPr>
        <w:t>10. Email ID: _________________________</w:t>
      </w:r>
    </w:p>
    <w:p w:rsidR="0074728F" w:rsidRPr="00043C5D" w:rsidRDefault="00590EE9" w:rsidP="00DB1995">
      <w:pPr>
        <w:pStyle w:val="Heading2"/>
        <w:rPr>
          <w:rFonts w:ascii="Cambria" w:hAnsi="Cambria" w:cs="Times New Roman"/>
          <w:color w:val="000000" w:themeColor="text1"/>
          <w:sz w:val="24"/>
          <w:szCs w:val="24"/>
        </w:rPr>
      </w:pPr>
      <w:r w:rsidRPr="00043C5D">
        <w:rPr>
          <w:rFonts w:ascii="Cambria" w:hAnsi="Cambria" w:cs="Times New Roman"/>
          <w:color w:val="000000" w:themeColor="text1"/>
          <w:sz w:val="24"/>
          <w:szCs w:val="24"/>
        </w:rPr>
        <w:t>Details of Qualification</w:t>
      </w:r>
      <w:r w:rsidR="00407CAE" w:rsidRPr="00043C5D">
        <w:rPr>
          <w:rFonts w:ascii="Cambria" w:hAnsi="Cambria" w:cs="Times New Roman"/>
          <w:color w:val="000000" w:themeColor="text1"/>
          <w:sz w:val="24"/>
          <w:szCs w:val="24"/>
        </w:rPr>
        <w:t>: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121"/>
        <w:gridCol w:w="1757"/>
        <w:gridCol w:w="687"/>
        <w:gridCol w:w="2023"/>
        <w:gridCol w:w="1071"/>
        <w:gridCol w:w="858"/>
        <w:gridCol w:w="1089"/>
      </w:tblGrid>
      <w:tr w:rsidR="0074728F" w:rsidRPr="00A15048" w:rsidTr="00043C5D">
        <w:tc>
          <w:tcPr>
            <w:tcW w:w="2121" w:type="dxa"/>
          </w:tcPr>
          <w:p w:rsidR="0074728F" w:rsidRPr="00043C5D" w:rsidRDefault="00590EE9" w:rsidP="00043C5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43C5D">
              <w:rPr>
                <w:rFonts w:ascii="Cambria" w:hAnsi="Cambria"/>
                <w:sz w:val="24"/>
                <w:szCs w:val="24"/>
              </w:rPr>
              <w:t>Exam</w:t>
            </w:r>
          </w:p>
        </w:tc>
        <w:tc>
          <w:tcPr>
            <w:tcW w:w="1757" w:type="dxa"/>
          </w:tcPr>
          <w:p w:rsidR="0074728F" w:rsidRPr="00043C5D" w:rsidRDefault="00590EE9" w:rsidP="00043C5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43C5D">
              <w:rPr>
                <w:rFonts w:ascii="Cambria" w:hAnsi="Cambria"/>
                <w:sz w:val="24"/>
                <w:szCs w:val="24"/>
              </w:rPr>
              <w:t>School/College</w:t>
            </w:r>
          </w:p>
        </w:tc>
        <w:tc>
          <w:tcPr>
            <w:tcW w:w="687" w:type="dxa"/>
          </w:tcPr>
          <w:p w:rsidR="0074728F" w:rsidRPr="00043C5D" w:rsidRDefault="00590EE9" w:rsidP="00043C5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43C5D">
              <w:rPr>
                <w:rFonts w:ascii="Cambria" w:hAnsi="Cambria"/>
                <w:sz w:val="24"/>
                <w:szCs w:val="24"/>
              </w:rPr>
              <w:t>Year</w:t>
            </w:r>
          </w:p>
        </w:tc>
        <w:tc>
          <w:tcPr>
            <w:tcW w:w="2023" w:type="dxa"/>
          </w:tcPr>
          <w:p w:rsidR="0074728F" w:rsidRPr="00043C5D" w:rsidRDefault="00590EE9" w:rsidP="00043C5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43C5D">
              <w:rPr>
                <w:rFonts w:ascii="Cambria" w:hAnsi="Cambria"/>
                <w:sz w:val="24"/>
                <w:szCs w:val="24"/>
              </w:rPr>
              <w:t>Board/University</w:t>
            </w:r>
          </w:p>
        </w:tc>
        <w:tc>
          <w:tcPr>
            <w:tcW w:w="1071" w:type="dxa"/>
          </w:tcPr>
          <w:p w:rsidR="0074728F" w:rsidRPr="00043C5D" w:rsidRDefault="00590EE9" w:rsidP="00043C5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43C5D">
              <w:rPr>
                <w:rFonts w:ascii="Cambria" w:hAnsi="Cambria"/>
                <w:sz w:val="24"/>
                <w:szCs w:val="24"/>
              </w:rPr>
              <w:t>Subjects</w:t>
            </w:r>
          </w:p>
        </w:tc>
        <w:tc>
          <w:tcPr>
            <w:tcW w:w="858" w:type="dxa"/>
          </w:tcPr>
          <w:p w:rsidR="0074728F" w:rsidRPr="00043C5D" w:rsidRDefault="00590EE9" w:rsidP="00043C5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43C5D">
              <w:rPr>
                <w:rFonts w:ascii="Cambria" w:hAnsi="Cambria"/>
                <w:sz w:val="24"/>
                <w:szCs w:val="24"/>
              </w:rPr>
              <w:t>% Marks</w:t>
            </w:r>
          </w:p>
        </w:tc>
        <w:tc>
          <w:tcPr>
            <w:tcW w:w="1089" w:type="dxa"/>
          </w:tcPr>
          <w:p w:rsidR="0074728F" w:rsidRPr="00043C5D" w:rsidRDefault="00590EE9" w:rsidP="00043C5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43C5D">
              <w:rPr>
                <w:rFonts w:ascii="Cambria" w:hAnsi="Cambria"/>
                <w:sz w:val="24"/>
                <w:szCs w:val="24"/>
              </w:rPr>
              <w:t>Medium</w:t>
            </w:r>
          </w:p>
        </w:tc>
      </w:tr>
      <w:tr w:rsidR="0074728F" w:rsidRPr="00A15048" w:rsidTr="00043C5D">
        <w:tc>
          <w:tcPr>
            <w:tcW w:w="2121" w:type="dxa"/>
          </w:tcPr>
          <w:p w:rsidR="0074728F" w:rsidRPr="00043C5D" w:rsidRDefault="00590EE9" w:rsidP="00DB1995">
            <w:pPr>
              <w:rPr>
                <w:rFonts w:ascii="Cambria" w:hAnsi="Cambria"/>
                <w:sz w:val="24"/>
                <w:szCs w:val="24"/>
              </w:rPr>
            </w:pPr>
            <w:r w:rsidRPr="00043C5D">
              <w:rPr>
                <w:rFonts w:ascii="Cambria" w:hAnsi="Cambria"/>
                <w:sz w:val="24"/>
                <w:szCs w:val="24"/>
              </w:rPr>
              <w:t>Secondary</w:t>
            </w:r>
          </w:p>
        </w:tc>
        <w:tc>
          <w:tcPr>
            <w:tcW w:w="1757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7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23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71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8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9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74728F" w:rsidRPr="00A15048" w:rsidTr="00043C5D">
        <w:tc>
          <w:tcPr>
            <w:tcW w:w="2121" w:type="dxa"/>
          </w:tcPr>
          <w:p w:rsidR="0074728F" w:rsidRPr="00043C5D" w:rsidRDefault="00590EE9" w:rsidP="00DB1995">
            <w:pPr>
              <w:rPr>
                <w:rFonts w:ascii="Cambria" w:hAnsi="Cambria"/>
                <w:sz w:val="24"/>
                <w:szCs w:val="24"/>
              </w:rPr>
            </w:pPr>
            <w:r w:rsidRPr="00043C5D">
              <w:rPr>
                <w:rFonts w:ascii="Cambria" w:hAnsi="Cambria"/>
                <w:sz w:val="24"/>
                <w:szCs w:val="24"/>
              </w:rPr>
              <w:t>Higher Secondary</w:t>
            </w:r>
          </w:p>
        </w:tc>
        <w:tc>
          <w:tcPr>
            <w:tcW w:w="1757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7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23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71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8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9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74728F" w:rsidRPr="00A15048" w:rsidTr="00043C5D">
        <w:tc>
          <w:tcPr>
            <w:tcW w:w="2121" w:type="dxa"/>
          </w:tcPr>
          <w:p w:rsidR="0074728F" w:rsidRPr="00043C5D" w:rsidRDefault="00590EE9" w:rsidP="00DB1995">
            <w:pPr>
              <w:rPr>
                <w:rFonts w:ascii="Cambria" w:hAnsi="Cambria"/>
                <w:sz w:val="24"/>
                <w:szCs w:val="24"/>
              </w:rPr>
            </w:pPr>
            <w:r w:rsidRPr="00043C5D">
              <w:rPr>
                <w:rFonts w:ascii="Cambria" w:hAnsi="Cambria"/>
                <w:sz w:val="24"/>
                <w:szCs w:val="24"/>
              </w:rPr>
              <w:t>B.A./B.Sc./B.Com.</w:t>
            </w:r>
          </w:p>
        </w:tc>
        <w:tc>
          <w:tcPr>
            <w:tcW w:w="1757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7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23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71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8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9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74728F" w:rsidRPr="00A15048" w:rsidTr="00043C5D">
        <w:tc>
          <w:tcPr>
            <w:tcW w:w="2121" w:type="dxa"/>
          </w:tcPr>
          <w:p w:rsidR="0074728F" w:rsidRPr="00043C5D" w:rsidRDefault="00A15048" w:rsidP="00DB1995">
            <w:pPr>
              <w:rPr>
                <w:rFonts w:ascii="Cambria" w:hAnsi="Cambria"/>
                <w:sz w:val="24"/>
                <w:szCs w:val="24"/>
              </w:rPr>
            </w:pPr>
            <w:r w:rsidRPr="00043C5D">
              <w:rPr>
                <w:rFonts w:ascii="Cambria" w:hAnsi="Cambria"/>
                <w:sz w:val="24"/>
                <w:szCs w:val="24"/>
              </w:rPr>
              <w:t>M.A./M.Sc./M.Com</w:t>
            </w:r>
          </w:p>
        </w:tc>
        <w:tc>
          <w:tcPr>
            <w:tcW w:w="1757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7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23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71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8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9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74728F" w:rsidRPr="00A15048" w:rsidTr="00043C5D">
        <w:tc>
          <w:tcPr>
            <w:tcW w:w="2121" w:type="dxa"/>
          </w:tcPr>
          <w:p w:rsidR="0074728F" w:rsidRPr="00043C5D" w:rsidRDefault="00590EE9" w:rsidP="00DB1995">
            <w:pPr>
              <w:rPr>
                <w:rFonts w:ascii="Cambria" w:hAnsi="Cambria"/>
                <w:sz w:val="24"/>
                <w:szCs w:val="24"/>
              </w:rPr>
            </w:pPr>
            <w:r w:rsidRPr="00043C5D">
              <w:rPr>
                <w:rFonts w:ascii="Cambria" w:hAnsi="Cambria"/>
                <w:sz w:val="24"/>
                <w:szCs w:val="24"/>
              </w:rPr>
              <w:t>Any Other</w:t>
            </w:r>
          </w:p>
        </w:tc>
        <w:tc>
          <w:tcPr>
            <w:tcW w:w="1757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87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23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71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8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9" w:type="dxa"/>
          </w:tcPr>
          <w:p w:rsidR="0074728F" w:rsidRPr="00043C5D" w:rsidRDefault="0074728F" w:rsidP="00DB1995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74728F" w:rsidRPr="00043C5D" w:rsidRDefault="00590EE9" w:rsidP="00DB1995">
      <w:pPr>
        <w:pStyle w:val="Heading2"/>
        <w:rPr>
          <w:rFonts w:ascii="Cambria" w:hAnsi="Cambria" w:cs="Times New Roman"/>
          <w:color w:val="000000" w:themeColor="text1"/>
          <w:sz w:val="24"/>
          <w:szCs w:val="24"/>
        </w:rPr>
      </w:pPr>
      <w:r w:rsidRPr="00043C5D">
        <w:rPr>
          <w:rFonts w:ascii="Cambria" w:hAnsi="Cambria" w:cs="Times New Roman"/>
          <w:color w:val="000000" w:themeColor="text1"/>
          <w:sz w:val="24"/>
          <w:szCs w:val="24"/>
        </w:rPr>
        <w:t>Declaration by the Candidate</w:t>
      </w:r>
    </w:p>
    <w:p w:rsidR="0074728F" w:rsidRPr="00043C5D" w:rsidRDefault="00590EE9" w:rsidP="00DB1995">
      <w:pPr>
        <w:spacing w:after="0"/>
        <w:jc w:val="both"/>
        <w:rPr>
          <w:rFonts w:ascii="Cambria" w:hAnsi="Cambria"/>
          <w:sz w:val="24"/>
          <w:szCs w:val="24"/>
        </w:rPr>
      </w:pPr>
      <w:r w:rsidRPr="00043C5D">
        <w:rPr>
          <w:rFonts w:ascii="Cambria" w:hAnsi="Cambria"/>
          <w:sz w:val="24"/>
          <w:szCs w:val="24"/>
        </w:rPr>
        <w:t>I hereby declare that the information given above is true and correct to the best of my knowledge and belief. I shall abide by the rules and regulations of the Institute and Training Centre.</w:t>
      </w:r>
    </w:p>
    <w:p w:rsidR="00DB1995" w:rsidRPr="00043C5D" w:rsidRDefault="00590EE9" w:rsidP="00DB1995">
      <w:pPr>
        <w:spacing w:after="0"/>
        <w:rPr>
          <w:rFonts w:ascii="Cambria" w:hAnsi="Cambria"/>
          <w:sz w:val="24"/>
          <w:szCs w:val="24"/>
        </w:rPr>
      </w:pPr>
      <w:r w:rsidRPr="00043C5D">
        <w:rPr>
          <w:rFonts w:ascii="Cambria" w:hAnsi="Cambria"/>
          <w:sz w:val="24"/>
          <w:szCs w:val="24"/>
        </w:rPr>
        <w:br/>
      </w:r>
    </w:p>
    <w:p w:rsidR="00DB1995" w:rsidRPr="00043C5D" w:rsidRDefault="00590EE9" w:rsidP="00DB1995">
      <w:pPr>
        <w:spacing w:after="0"/>
        <w:rPr>
          <w:rFonts w:ascii="Cambria" w:hAnsi="Cambria"/>
          <w:sz w:val="24"/>
          <w:szCs w:val="24"/>
        </w:rPr>
      </w:pPr>
      <w:r w:rsidRPr="00043C5D">
        <w:rPr>
          <w:rFonts w:ascii="Cambria" w:hAnsi="Cambria"/>
          <w:b/>
          <w:bCs/>
          <w:sz w:val="24"/>
          <w:szCs w:val="24"/>
        </w:rPr>
        <w:t>Date:</w:t>
      </w:r>
      <w:r w:rsidRPr="00043C5D">
        <w:rPr>
          <w:rFonts w:ascii="Cambria" w:hAnsi="Cambria"/>
          <w:sz w:val="24"/>
          <w:szCs w:val="24"/>
        </w:rPr>
        <w:t xml:space="preserve"> ______________________</w:t>
      </w:r>
      <w:r w:rsidR="00DB1995" w:rsidRPr="00043C5D">
        <w:rPr>
          <w:rFonts w:ascii="Cambria" w:hAnsi="Cambria"/>
          <w:sz w:val="24"/>
          <w:szCs w:val="24"/>
        </w:rPr>
        <w:tab/>
      </w:r>
      <w:r w:rsidR="00DB1995" w:rsidRPr="00043C5D">
        <w:rPr>
          <w:rFonts w:ascii="Cambria" w:hAnsi="Cambria"/>
          <w:sz w:val="24"/>
          <w:szCs w:val="24"/>
        </w:rPr>
        <w:tab/>
      </w:r>
      <w:r w:rsidR="00DB1995" w:rsidRPr="00043C5D">
        <w:rPr>
          <w:rFonts w:ascii="Cambria" w:hAnsi="Cambria"/>
          <w:sz w:val="24"/>
          <w:szCs w:val="24"/>
        </w:rPr>
        <w:tab/>
      </w:r>
      <w:r w:rsidR="00E548E5">
        <w:rPr>
          <w:rFonts w:ascii="Cambria" w:hAnsi="Cambria"/>
          <w:sz w:val="24"/>
          <w:szCs w:val="24"/>
        </w:rPr>
        <w:t xml:space="preserve">             </w:t>
      </w:r>
      <w:r w:rsidR="00DB1995" w:rsidRPr="00043C5D">
        <w:rPr>
          <w:rFonts w:ascii="Cambria" w:hAnsi="Cambria"/>
          <w:sz w:val="24"/>
          <w:szCs w:val="24"/>
        </w:rPr>
        <w:tab/>
      </w:r>
      <w:r w:rsidR="00DB1995" w:rsidRPr="00043C5D">
        <w:rPr>
          <w:rFonts w:ascii="Cambria" w:hAnsi="Cambria"/>
          <w:b/>
          <w:bCs/>
          <w:sz w:val="24"/>
          <w:szCs w:val="24"/>
        </w:rPr>
        <w:t>Signature of the Candidate</w:t>
      </w:r>
    </w:p>
    <w:p w:rsidR="0074728F" w:rsidRPr="00A15048" w:rsidRDefault="0074728F" w:rsidP="00DB1995">
      <w:pPr>
        <w:spacing w:after="0"/>
        <w:rPr>
          <w:sz w:val="24"/>
          <w:szCs w:val="24"/>
        </w:rPr>
      </w:pPr>
    </w:p>
    <w:sectPr w:rsidR="0074728F" w:rsidRPr="00A1504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E62" w:rsidRDefault="00EA2E62" w:rsidP="00A15048">
      <w:pPr>
        <w:spacing w:after="0" w:line="240" w:lineRule="auto"/>
      </w:pPr>
      <w:r>
        <w:separator/>
      </w:r>
    </w:p>
  </w:endnote>
  <w:endnote w:type="continuationSeparator" w:id="0">
    <w:p w:rsidR="00EA2E62" w:rsidRDefault="00EA2E62" w:rsidP="00A15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rinda">
    <w:altName w:val="Courier New"/>
    <w:panose1 w:val="00000400000000000000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E62" w:rsidRDefault="00EA2E62" w:rsidP="00A15048">
      <w:pPr>
        <w:spacing w:after="0" w:line="240" w:lineRule="auto"/>
      </w:pPr>
      <w:r>
        <w:separator/>
      </w:r>
    </w:p>
  </w:footnote>
  <w:footnote w:type="continuationSeparator" w:id="0">
    <w:p w:rsidR="00EA2E62" w:rsidRDefault="00EA2E62" w:rsidP="00A15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3C5D"/>
    <w:rsid w:val="0006063C"/>
    <w:rsid w:val="0012500C"/>
    <w:rsid w:val="0015074B"/>
    <w:rsid w:val="0029639D"/>
    <w:rsid w:val="00326F90"/>
    <w:rsid w:val="00407CAE"/>
    <w:rsid w:val="00590EE9"/>
    <w:rsid w:val="0074728F"/>
    <w:rsid w:val="008702C3"/>
    <w:rsid w:val="00A15048"/>
    <w:rsid w:val="00AA1D8D"/>
    <w:rsid w:val="00B47730"/>
    <w:rsid w:val="00BD547D"/>
    <w:rsid w:val="00CA7F8F"/>
    <w:rsid w:val="00CB0664"/>
    <w:rsid w:val="00CD118F"/>
    <w:rsid w:val="00D30D1F"/>
    <w:rsid w:val="00DB1995"/>
    <w:rsid w:val="00E548E5"/>
    <w:rsid w:val="00EA2E6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300"/>
  <w15:docId w15:val="{1E7F5625-2009-4464-9004-47E8D346F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F3745E-66FB-40E3-BD2B-3D4A68FC3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HRD</cp:lastModifiedBy>
  <cp:revision>11</cp:revision>
  <dcterms:created xsi:type="dcterms:W3CDTF">2013-12-23T23:15:00Z</dcterms:created>
  <dcterms:modified xsi:type="dcterms:W3CDTF">2026-07-17T07:06:00Z</dcterms:modified>
  <cp:category/>
</cp:coreProperties>
</file>